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/>
          <w:i w:val="0"/>
          <w:color w:val="C78B2A"/>
          <w:sz w:val="16"/>
        </w:rPr>
        <w:t>PRITSET TRAVEL DOCUMENT</w:t>
      </w:r>
    </w:p>
    <w:p>
      <w:pPr>
        <w:keepNext/>
        <w:spacing w:before="0" w:after="120" w:line="240" w:lineRule="auto"/>
        <w:jc w:val="left"/>
      </w:pPr>
      <w:r>
        <w:rPr>
          <w:rFonts w:ascii="Calibri" w:hAnsi="Calibri"/>
          <w:b/>
          <w:i w:val="0"/>
          <w:color w:val="112640"/>
          <w:sz w:val="54"/>
        </w:rPr>
        <w:t>BOOKING CONFIRMED</w:t>
      </w:r>
    </w:p>
    <w:p>
      <w:pPr>
        <w:keepNext w:val="0"/>
        <w:spacing w:before="0" w:after="360" w:line="276" w:lineRule="auto"/>
        <w:jc w:val="left"/>
      </w:pPr>
      <w:r>
        <w:rPr>
          <w:rFonts w:ascii="Calibri" w:hAnsi="Calibri"/>
          <w:b w:val="0"/>
          <w:i w:val="0"/>
          <w:color w:val="667085"/>
          <w:sz w:val="25"/>
        </w:rPr>
        <w:t>{{trip.title}}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BOOKING REFERENCE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{{booking.reference}}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STATUS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{{booking.status}}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LEAD TRAVELER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{{booking.lead_traveler}}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TRAVEL DATES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{{trip.start_date}} - {{trip.end_date}}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DESTINATIONS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{{trip.destinations}}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Travelers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3600"/>
        <w:gridCol w:w="1680"/>
        <w:gridCol w:w="4080"/>
      </w:tblGrid>
      <w:tr>
        <w:trPr>
          <w:tblHeader w:val="true"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PASSENGER</w:t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TYPE</w:t>
            </w:r>
          </w:p>
        </w:tc>
        <w:tc>
          <w:tcPr>
            <w:tcW w:type="dxa" w:w="4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TRAVEL DOCUMENT NOTE</w:t>
            </w:r>
          </w:p>
        </w:tc>
      </w:tr>
      <w:t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traveler IN travelers}}</w:t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4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{{$traveler.name}}</w:t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{{$traveler.type}}</w:t>
            </w:r>
          </w:p>
        </w:tc>
        <w:tc>
          <w:tcPr>
            <w:tcW w:type="dxa" w:w="4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{{$traveler.document_note}}</w:t>
            </w:r>
          </w:p>
        </w:tc>
      </w:tr>
      <w:tr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traveler}}</w:t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4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Confirmed services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1320"/>
        <w:gridCol w:w="1560"/>
        <w:gridCol w:w="1800"/>
        <w:gridCol w:w="3000"/>
        <w:gridCol w:w="1680"/>
      </w:tblGrid>
      <w:tr>
        <w:trPr>
          <w:tblHeader w:val="true"/>
        </w:trPr>
        <w:tc>
          <w:tcPr>
            <w:tcW w:type="dxa" w:w="1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DATE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SERVICE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PROVIDER</w:t>
            </w:r>
          </w:p>
        </w:tc>
        <w:tc>
          <w:tcPr>
            <w:tcW w:type="dxa" w:w="30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DETAILS</w:t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REFERENCE</w:t>
            </w:r>
          </w:p>
        </w:tc>
      </w:tr>
      <w:tr>
        <w:tc>
          <w:tcPr>
            <w:tcW w:type="dxa" w:w="1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service IN services}}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30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1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{{$service.date}}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{{$service.type}}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{{$service.provider}}</w:t>
            </w:r>
          </w:p>
        </w:tc>
        <w:tc>
          <w:tcPr>
            <w:tcW w:type="dxa" w:w="30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{{$service.details}}</w:t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{{$service.reference}}</w:t>
              <w:br/>
              <w:t>{{$service.status}}</w:t>
            </w:r>
          </w:p>
        </w:tc>
      </w:tr>
      <w:tr>
        <w:tc>
          <w:tcPr>
            <w:tcW w:type="dxa" w:w="1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service}}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30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Payment summary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TOTAL BOOKING VALUE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{{payment.total}} {{payment.currency}}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AMOUNT PAID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{{payment.paid}} {{payment.currency}}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BALANCE DUE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{{payment.balance}} {{payment.currency}}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DUE DATE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{{payment.due_date}}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Before you travel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202A3A"/>
          <w:sz w:val="20"/>
        </w:rPr>
        <w:t>{{booking.pre_travel_note}}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6120"/>
        <w:gridCol w:w="3240"/>
      </w:tblGrid>
      <w:tr>
        <w:trPr>
          <w:tblHeader w:val="true"/>
        </w:trP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SUPPORT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MOBILE ITINERARY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9"/>
              </w:rPr>
              <w:t>{{operator.support_email}}</w:t>
              <w:br/>
              <w:t>{{operator.support_phone}}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{{IMAGE readImage(qr.width, qr.height, qr.url, qr.extension)}}</w:t>
              <w:br/>
              <w:t>{{qr.caption}}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b w:val="0"/>
        <w:i w:val="0"/>
        <w:color w:val="667085"/>
        <w:sz w:val="16"/>
      </w:rPr>
      <w:t xml:space="preserve">Generated with Pritset  |  </w:t>
    </w:r>
    <w:r>
      <w:rPr>
        <w:rFonts w:ascii="Calibri" w:hAnsi="Calibri"/>
        <w:b w:val="0"/>
        <w:i w:val="0"/>
        <w:color w:val="667085"/>
        <w:sz w:val="16"/>
      </w:rPr>
      <w:t xml:space="preserve">Page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667085"/>
        <w:sz w:val="16"/>
      </w:rPr>
      <w:t>{{operator.name}}  |  BOOKING CONFIRMATION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02A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126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