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spacing w:before="0" w:after="40" w:line="240" w:lineRule="auto"/>
        <w:jc w:val="left"/>
      </w:pPr>
      <w:r>
        <w:rPr>
          <w:rFonts w:ascii="Calibri" w:hAnsi="Calibri"/>
          <w:b/>
          <w:i w:val="0"/>
          <w:color w:val="C78B2A"/>
          <w:sz w:val="16"/>
        </w:rPr>
        <w:t>PRITSET TRAVEL DOCUMENT</w:t>
      </w:r>
    </w:p>
    <w:p>
      <w:pPr>
        <w:keepNext/>
        <w:spacing w:before="0" w:after="120" w:line="240" w:lineRule="auto"/>
        <w:jc w:val="left"/>
      </w:pPr>
      <w:r>
        <w:rPr>
          <w:rFonts w:ascii="Calibri" w:hAnsi="Calibri"/>
          <w:b/>
          <w:i w:val="0"/>
          <w:color w:val="112640"/>
          <w:sz w:val="54"/>
        </w:rPr>
        <w:t>{{trip.title}}</w:t>
      </w:r>
    </w:p>
    <w:p>
      <w:pPr>
        <w:keepNext w:val="0"/>
        <w:spacing w:before="0" w:after="360" w:line="276" w:lineRule="auto"/>
        <w:jc w:val="left"/>
      </w:pPr>
      <w:r>
        <w:rPr>
          <w:rFonts w:ascii="Calibri" w:hAnsi="Calibri"/>
          <w:b w:val="0"/>
          <w:i w:val="0"/>
          <w:color w:val="667085"/>
          <w:sz w:val="25"/>
        </w:rPr>
        <w:t>{{trip.start_date}} - {{trip.end_date}} | {{trip.destinations}}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</w:tblBorders>
      </w:tblPr>
      <w:tblGrid>
        <w:gridCol w:w="4680"/>
        <w:gridCol w:w="4680"/>
      </w:tblGrid>
      <w:tr>
        <w:tc>
          <w:tcPr>
            <w:tcW w:type="dxa" w:w="46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6F9"/>
          </w:tcPr>
          <w:p>
            <w:pPr>
              <w:keepNext w:val="0"/>
              <w:spacing w:before="0" w:after="40" w:line="240" w:lineRule="auto"/>
              <w:jc w:val="left"/>
            </w:pPr>
            <w:r>
              <w:rPr>
                <w:rFonts w:ascii="Calibri" w:hAnsi="Calibri"/>
                <w:b/>
                <w:i w:val="0"/>
                <w:color w:val="667085"/>
                <w:sz w:val="15"/>
              </w:rPr>
              <w:t>BOOKING REFERENCE</w:t>
            </w:r>
          </w:p>
          <w:p>
            <w:pPr>
              <w:keepNext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202A3A"/>
                <w:sz w:val="21"/>
              </w:rPr>
              <w:t>{{booking.reference}}</w:t>
            </w:r>
          </w:p>
        </w:tc>
        <w:tc>
          <w:tcPr>
            <w:tcW w:type="dxa" w:w="46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6F9"/>
          </w:tcPr>
          <w:p>
            <w:pPr>
              <w:keepNext w:val="0"/>
              <w:spacing w:before="0" w:after="40" w:line="240" w:lineRule="auto"/>
              <w:jc w:val="left"/>
            </w:pPr>
            <w:r>
              <w:rPr>
                <w:rFonts w:ascii="Calibri" w:hAnsi="Calibri"/>
                <w:b/>
                <w:i w:val="0"/>
                <w:color w:val="667085"/>
                <w:sz w:val="15"/>
              </w:rPr>
              <w:t>ASSIGNED STAFF</w:t>
            </w:r>
          </w:p>
          <w:p>
            <w:pPr>
              <w:keepNext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202A3A"/>
                <w:sz w:val="21"/>
              </w:rPr>
              <w:t>{{staff.role}} | {{staff.name}} | {{staff.phone}}</w:t>
            </w:r>
          </w:p>
        </w:tc>
      </w:tr>
      <w:tr>
        <w:tc>
          <w:tcPr>
            <w:tcW w:type="dxa" w:w="46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6F9"/>
          </w:tcPr>
          <w:p>
            <w:pPr>
              <w:keepNext w:val="0"/>
              <w:spacing w:before="0" w:after="40" w:line="240" w:lineRule="auto"/>
              <w:jc w:val="left"/>
            </w:pPr>
            <w:r>
              <w:rPr>
                <w:rFonts w:ascii="Calibri" w:hAnsi="Calibri"/>
                <w:b/>
                <w:i w:val="0"/>
                <w:color w:val="667085"/>
                <w:sz w:val="15"/>
              </w:rPr>
              <w:t>GROUP</w:t>
            </w:r>
          </w:p>
          <w:p>
            <w:pPr>
              <w:keepNext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202A3A"/>
                <w:sz w:val="21"/>
              </w:rPr>
              <w:t>{{group.name}} | {{group.passenger_count}} passengers</w:t>
            </w:r>
          </w:p>
        </w:tc>
        <w:tc>
          <w:tcPr>
            <w:tcW w:type="dxa" w:w="46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6F9"/>
          </w:tcPr>
          <w:p>
            <w:pPr>
              <w:keepNext w:val="0"/>
              <w:spacing w:before="0" w:after="40" w:line="240" w:lineRule="auto"/>
              <w:jc w:val="left"/>
            </w:pPr>
            <w:r>
              <w:rPr>
                <w:rFonts w:ascii="Calibri" w:hAnsi="Calibri"/>
                <w:b/>
                <w:i w:val="0"/>
                <w:color w:val="667085"/>
                <w:sz w:val="15"/>
              </w:rPr>
              <w:t>VEHICLE</w:t>
            </w:r>
          </w:p>
          <w:p>
            <w:pPr>
              <w:keepNext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202A3A"/>
                <w:sz w:val="21"/>
              </w:rPr>
              <w:t>{{vehicle.description}} | {{vehicle.registration}}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D7E0EA"/>
          <w:left w:val="single" w:sz="8" w:space="0" w:color="D7E0EA"/>
          <w:bottom w:val="single" w:sz="8" w:space="0" w:color="D7E0EA"/>
          <w:right w:val="single" w:sz="8" w:space="0" w:color="D7E0EA"/>
        </w:tblBorders>
      </w:tblPr>
      <w:tblGrid>
        <w:gridCol w:w="9360"/>
      </w:tblGrid>
      <w:tr>
        <w:tc>
          <w:tcPr>
            <w:tcW w:type="dxa" w:w="93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9F8F5"/>
          </w:tcPr>
          <w:p>
            <w:pPr>
              <w:keepNext w:val="0"/>
              <w:spacing w:before="0" w:after="40" w:line="240" w:lineRule="auto"/>
              <w:jc w:val="left"/>
            </w:pPr>
            <w:r>
              <w:rPr>
                <w:rFonts w:ascii="Calibri" w:hAnsi="Calibri"/>
                <w:b/>
                <w:i w:val="0"/>
                <w:color w:val="667085"/>
                <w:sz w:val="15"/>
              </w:rPr>
              <w:t>OPERATIONAL OBJECTIVE</w:t>
            </w:r>
          </w:p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202A3A"/>
                <w:sz w:val="21"/>
              </w:rPr>
              <w:t>{{trip.operations_summary}}</w:t>
            </w:r>
          </w:p>
        </w:tc>
      </w:tr>
    </w:tbl>
    <w:p>
      <w:pPr>
        <w:pStyle w:val="Heading1"/>
        <w:keepNext/>
        <w:spacing w:before="0" w:after="120" w:line="300" w:lineRule="auto"/>
        <w:jc w:val="left"/>
      </w:pPr>
      <w:r>
        <w:rPr>
          <w:rFonts w:ascii="Calibri" w:hAnsi="Calibri"/>
          <w:b/>
          <w:i w:val="0"/>
          <w:color w:val="2E74B5"/>
          <w:sz w:val="32"/>
        </w:rPr>
        <w:t>Movement schedule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D7E0EA"/>
          <w:left w:val="single" w:sz="8" w:space="0" w:color="D7E0EA"/>
          <w:bottom w:val="single" w:sz="8" w:space="0" w:color="D7E0EA"/>
          <w:right w:val="single" w:sz="8" w:space="0" w:color="D7E0EA"/>
          <w:insideH w:val="single" w:sz="8" w:space="0" w:color="D7E0EA"/>
          <w:insideV w:val="single" w:sz="8" w:space="0" w:color="D7E0EA"/>
        </w:tblBorders>
      </w:tblPr>
      <w:tblGrid>
        <w:gridCol w:w="1680"/>
        <w:gridCol w:w="2160"/>
        <w:gridCol w:w="2160"/>
        <w:gridCol w:w="2160"/>
        <w:gridCol w:w="1200"/>
      </w:tblGrid>
      <w:tr>
        <w:trPr>
          <w:tblHeader w:val="true"/>
        </w:trPr>
        <w:tc>
          <w:tcPr>
            <w:tcW w:type="dxa" w:w="16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8EEF5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112640"/>
                <w:sz w:val="15"/>
              </w:rPr>
              <w:t>DATE / TIME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8EEF5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112640"/>
                <w:sz w:val="15"/>
              </w:rPr>
              <w:t>SERVICE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8EEF5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112640"/>
                <w:sz w:val="15"/>
              </w:rPr>
              <w:t>PICKUP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8EEF5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112640"/>
                <w:sz w:val="15"/>
              </w:rPr>
              <w:t>DROP-OFF</w:t>
            </w:r>
          </w:p>
        </w:tc>
        <w:tc>
          <w:tcPr>
            <w:tcW w:type="dxa" w:w="12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8EEF5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112640"/>
                <w:sz w:val="15"/>
              </w:rPr>
              <w:t>CONTACT</w:t>
            </w:r>
          </w:p>
        </w:tc>
      </w:tr>
      <w:tr>
        <w:tc>
          <w:tcPr>
            <w:tcW w:type="dxa" w:w="16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6E3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C78B2A"/>
                <w:sz w:val="15"/>
              </w:rPr>
              <w:t>{{FOR movement IN movements}}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6E3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5"/>
              </w:rPr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6E3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5"/>
              </w:rPr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6E3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5"/>
              </w:rPr>
            </w:r>
          </w:p>
        </w:tc>
        <w:tc>
          <w:tcPr>
            <w:tcW w:type="dxa" w:w="12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6E3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5"/>
              </w:rPr>
            </w:r>
          </w:p>
        </w:tc>
      </w:tr>
      <w:tr>
        <w:trPr>
          <w:cantSplit/>
        </w:trPr>
        <w:tc>
          <w:tcPr>
            <w:tcW w:type="dxa" w:w="16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202A3A"/>
                <w:sz w:val="18"/>
              </w:rPr>
              <w:t>{{$movement.date}}</w:t>
              <w:br/>
              <w:t>{{$movement.time}}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8"/>
              </w:rPr>
              <w:t>{{$movement.service}}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8"/>
              </w:rPr>
              <w:t>{{$movement.pickup}}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8"/>
              </w:rPr>
              <w:t>{{$movement.dropoff}}</w:t>
            </w:r>
          </w:p>
        </w:tc>
        <w:tc>
          <w:tcPr>
            <w:tcW w:type="dxa" w:w="12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8"/>
              </w:rPr>
              <w:t>{{$movement.contact}}</w:t>
            </w:r>
          </w:p>
        </w:tc>
      </w:tr>
      <w:tr>
        <w:tc>
          <w:tcPr>
            <w:tcW w:type="dxa" w:w="16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6E3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C78B2A"/>
                <w:sz w:val="15"/>
              </w:rPr>
              <w:t>{{END-FOR movement}}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6E3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5"/>
              </w:rPr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6E3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5"/>
              </w:rPr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6E3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5"/>
              </w:rPr>
            </w:r>
          </w:p>
        </w:tc>
        <w:tc>
          <w:tcPr>
            <w:tcW w:type="dxa" w:w="12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6E3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5"/>
              </w:rPr>
            </w:r>
          </w:p>
        </w:tc>
      </w:tr>
    </w:tbl>
    <w:p>
      <w:pPr>
        <w:pStyle w:val="Heading1"/>
        <w:keepNext/>
        <w:spacing w:before="0" w:after="120" w:line="300" w:lineRule="auto"/>
        <w:jc w:val="left"/>
      </w:pPr>
      <w:r>
        <w:rPr>
          <w:rFonts w:ascii="Calibri" w:hAnsi="Calibri"/>
          <w:b/>
          <w:i w:val="0"/>
          <w:color w:val="2E74B5"/>
          <w:sz w:val="32"/>
        </w:rPr>
        <w:t>Accommodation contacts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D7E0EA"/>
          <w:left w:val="single" w:sz="8" w:space="0" w:color="D7E0EA"/>
          <w:bottom w:val="single" w:sz="8" w:space="0" w:color="D7E0EA"/>
          <w:right w:val="single" w:sz="8" w:space="0" w:color="D7E0EA"/>
          <w:insideH w:val="single" w:sz="8" w:space="0" w:color="D7E0EA"/>
          <w:insideV w:val="single" w:sz="8" w:space="0" w:color="D7E0EA"/>
        </w:tblBorders>
      </w:tblPr>
      <w:tblGrid>
        <w:gridCol w:w="1920"/>
        <w:gridCol w:w="2400"/>
        <w:gridCol w:w="3240"/>
        <w:gridCol w:w="1800"/>
      </w:tblGrid>
      <w:tr>
        <w:trPr>
          <w:tblHeader w:val="true"/>
        </w:trPr>
        <w:tc>
          <w:tcPr>
            <w:tcW w:type="dxa" w:w="19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9F8F5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112640"/>
                <w:sz w:val="15"/>
              </w:rPr>
              <w:t>DATES</w:t>
            </w:r>
          </w:p>
        </w:tc>
        <w:tc>
          <w:tcPr>
            <w:tcW w:type="dxa" w:w="24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9F8F5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112640"/>
                <w:sz w:val="15"/>
              </w:rPr>
              <w:t>PROPERTY</w:t>
            </w:r>
          </w:p>
        </w:tc>
        <w:tc>
          <w:tcPr>
            <w:tcW w:type="dxa" w:w="32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9F8F5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112640"/>
                <w:sz w:val="15"/>
              </w:rPr>
              <w:t>ADDRESS</w:t>
            </w:r>
          </w:p>
        </w:tc>
        <w:tc>
          <w:tcPr>
            <w:tcW w:type="dxa" w:w="18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9F8F5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112640"/>
                <w:sz w:val="15"/>
              </w:rPr>
              <w:t>CONTACT</w:t>
            </w:r>
          </w:p>
        </w:tc>
      </w:tr>
      <w:tr>
        <w:tc>
          <w:tcPr>
            <w:tcW w:type="dxa" w:w="19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6E3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C78B2A"/>
                <w:sz w:val="15"/>
              </w:rPr>
              <w:t>{{FOR hotel IN hotels}}</w:t>
            </w:r>
          </w:p>
        </w:tc>
        <w:tc>
          <w:tcPr>
            <w:tcW w:type="dxa" w:w="24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6E3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5"/>
              </w:rPr>
            </w:r>
          </w:p>
        </w:tc>
        <w:tc>
          <w:tcPr>
            <w:tcW w:type="dxa" w:w="32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6E3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5"/>
              </w:rPr>
            </w:r>
          </w:p>
        </w:tc>
        <w:tc>
          <w:tcPr>
            <w:tcW w:type="dxa" w:w="18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6E3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5"/>
              </w:rPr>
            </w:r>
          </w:p>
        </w:tc>
      </w:tr>
      <w:tr>
        <w:trPr>
          <w:cantSplit/>
        </w:trPr>
        <w:tc>
          <w:tcPr>
            <w:tcW w:type="dxa" w:w="19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202A3A"/>
                <w:sz w:val="18"/>
              </w:rPr>
              <w:t>{{$hotel.dates}}</w:t>
            </w:r>
          </w:p>
        </w:tc>
        <w:tc>
          <w:tcPr>
            <w:tcW w:type="dxa" w:w="24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8"/>
              </w:rPr>
              <w:t>{{$hotel.name}}</w:t>
            </w:r>
          </w:p>
        </w:tc>
        <w:tc>
          <w:tcPr>
            <w:tcW w:type="dxa" w:w="32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8"/>
              </w:rPr>
              <w:t>{{$hotel.address}}</w:t>
            </w:r>
          </w:p>
        </w:tc>
        <w:tc>
          <w:tcPr>
            <w:tcW w:type="dxa" w:w="18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8"/>
              </w:rPr>
              <w:t>{{$hotel.contact}}</w:t>
            </w:r>
          </w:p>
        </w:tc>
      </w:tr>
      <w:tr>
        <w:tc>
          <w:tcPr>
            <w:tcW w:type="dxa" w:w="19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6E3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C78B2A"/>
                <w:sz w:val="15"/>
              </w:rPr>
              <w:t>{{END-FOR hotel}}</w:t>
            </w:r>
          </w:p>
        </w:tc>
        <w:tc>
          <w:tcPr>
            <w:tcW w:type="dxa" w:w="24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6E3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5"/>
              </w:rPr>
            </w:r>
          </w:p>
        </w:tc>
        <w:tc>
          <w:tcPr>
            <w:tcW w:type="dxa" w:w="32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6E3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5"/>
              </w:rPr>
            </w:r>
          </w:p>
        </w:tc>
        <w:tc>
          <w:tcPr>
            <w:tcW w:type="dxa" w:w="18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6E3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5"/>
              </w:rPr>
            </w:r>
          </w:p>
        </w:tc>
      </w:tr>
    </w:tbl>
    <w:p>
      <w:pPr>
        <w:pStyle w:val="Heading1"/>
        <w:keepNext/>
        <w:spacing w:before="0" w:after="120" w:line="300" w:lineRule="auto"/>
        <w:jc w:val="left"/>
      </w:pPr>
      <w:r>
        <w:rPr>
          <w:rFonts w:ascii="Calibri" w:hAnsi="Calibri"/>
          <w:b/>
          <w:i w:val="0"/>
          <w:color w:val="2E74B5"/>
          <w:sz w:val="32"/>
        </w:rPr>
        <w:t>Key contacts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D7E0EA"/>
          <w:left w:val="single" w:sz="8" w:space="0" w:color="D7E0EA"/>
          <w:bottom w:val="single" w:sz="8" w:space="0" w:color="D7E0EA"/>
          <w:right w:val="single" w:sz="8" w:space="0" w:color="D7E0EA"/>
          <w:insideH w:val="single" w:sz="8" w:space="0" w:color="D7E0EA"/>
          <w:insideV w:val="single" w:sz="8" w:space="0" w:color="D7E0EA"/>
        </w:tblBorders>
      </w:tblPr>
      <w:tblGrid>
        <w:gridCol w:w="1800"/>
        <w:gridCol w:w="2160"/>
        <w:gridCol w:w="1800"/>
        <w:gridCol w:w="3600"/>
      </w:tblGrid>
      <w:tr>
        <w:trPr>
          <w:tblHeader w:val="true"/>
        </w:trPr>
        <w:tc>
          <w:tcPr>
            <w:tcW w:type="dxa" w:w="18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6E3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112640"/>
                <w:sz w:val="15"/>
              </w:rPr>
              <w:t>ROLE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6E3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112640"/>
                <w:sz w:val="15"/>
              </w:rPr>
              <w:t>NAME</w:t>
            </w:r>
          </w:p>
        </w:tc>
        <w:tc>
          <w:tcPr>
            <w:tcW w:type="dxa" w:w="18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6E3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112640"/>
                <w:sz w:val="15"/>
              </w:rPr>
              <w:t>PHONE</w:t>
            </w:r>
          </w:p>
        </w:tc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6E3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112640"/>
                <w:sz w:val="15"/>
              </w:rPr>
              <w:t>NOTES</w:t>
            </w:r>
          </w:p>
        </w:tc>
      </w:tr>
      <w:tr>
        <w:tc>
          <w:tcPr>
            <w:tcW w:type="dxa" w:w="18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6E3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C78B2A"/>
                <w:sz w:val="15"/>
              </w:rPr>
              <w:t>{{FOR contact IN contacts}}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6E3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5"/>
              </w:rPr>
            </w:r>
          </w:p>
        </w:tc>
        <w:tc>
          <w:tcPr>
            <w:tcW w:type="dxa" w:w="18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6E3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5"/>
              </w:rPr>
            </w:r>
          </w:p>
        </w:tc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6E3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5"/>
              </w:rPr>
            </w:r>
          </w:p>
        </w:tc>
      </w:tr>
      <w:tr>
        <w:trPr>
          <w:cantSplit/>
        </w:trPr>
        <w:tc>
          <w:tcPr>
            <w:tcW w:type="dxa" w:w="18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202A3A"/>
                <w:sz w:val="18"/>
              </w:rPr>
              <w:t>{{$contact.role}}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8"/>
              </w:rPr>
              <w:t>{{$contact.name}}</w:t>
            </w:r>
          </w:p>
        </w:tc>
        <w:tc>
          <w:tcPr>
            <w:tcW w:type="dxa" w:w="18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8"/>
              </w:rPr>
              <w:t>{{$contact.phone}}</w:t>
            </w:r>
          </w:p>
        </w:tc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8"/>
              </w:rPr>
              <w:t>{{$contact.notes}}</w:t>
            </w:r>
          </w:p>
        </w:tc>
      </w:tr>
      <w:tr>
        <w:tc>
          <w:tcPr>
            <w:tcW w:type="dxa" w:w="18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6E3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C78B2A"/>
                <w:sz w:val="15"/>
              </w:rPr>
              <w:t>{{END-FOR contact}}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6E3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5"/>
              </w:rPr>
            </w:r>
          </w:p>
        </w:tc>
        <w:tc>
          <w:tcPr>
            <w:tcW w:type="dxa" w:w="18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6E3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5"/>
              </w:rPr>
            </w:r>
          </w:p>
        </w:tc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6E3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5"/>
              </w:rPr>
            </w:r>
          </w:p>
        </w:tc>
      </w:tr>
    </w:tbl>
    <w:p>
      <w:pPr>
        <w:pStyle w:val="Heading1"/>
        <w:keepNext/>
        <w:spacing w:before="0" w:after="120" w:line="300" w:lineRule="auto"/>
        <w:jc w:val="left"/>
      </w:pPr>
      <w:r>
        <w:rPr>
          <w:rFonts w:ascii="Calibri" w:hAnsi="Calibri"/>
          <w:b/>
          <w:i w:val="0"/>
          <w:color w:val="2E74B5"/>
          <w:sz w:val="32"/>
        </w:rPr>
        <w:t>Operational notes</w:t>
      </w:r>
    </w:p>
    <w:p>
      <w:pPr>
        <w:keepNext w:val="0"/>
        <w:spacing w:before="0" w:after="160" w:line="300" w:lineRule="auto"/>
        <w:jc w:val="left"/>
      </w:pPr>
      <w:r>
        <w:rPr>
          <w:rFonts w:ascii="Calibri" w:hAnsi="Calibri"/>
          <w:b w:val="0"/>
          <w:i w:val="0"/>
          <w:color w:val="202A3A"/>
          <w:sz w:val="20"/>
        </w:rPr>
        <w:t>{{trip.operational_notes}}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D7E0EA"/>
          <w:left w:val="single" w:sz="8" w:space="0" w:color="D7E0EA"/>
          <w:bottom w:val="single" w:sz="8" w:space="0" w:color="D7E0EA"/>
          <w:right w:val="single" w:sz="8" w:space="0" w:color="D7E0EA"/>
        </w:tblBorders>
      </w:tblPr>
      <w:tblGrid>
        <w:gridCol w:w="9360"/>
      </w:tblGrid>
      <w:tr>
        <w:tc>
          <w:tcPr>
            <w:tcW w:type="dxa" w:w="93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6E3"/>
          </w:tcPr>
          <w:p>
            <w:pPr>
              <w:keepNext w:val="0"/>
              <w:spacing w:before="0" w:after="40" w:line="240" w:lineRule="auto"/>
              <w:jc w:val="left"/>
            </w:pPr>
            <w:r>
              <w:rPr>
                <w:rFonts w:ascii="Calibri" w:hAnsi="Calibri"/>
                <w:b/>
                <w:i w:val="0"/>
                <w:color w:val="667085"/>
                <w:sz w:val="15"/>
              </w:rPr>
              <w:t>EMERGENCY PROCEDURE</w:t>
            </w:r>
          </w:p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202A3A"/>
                <w:sz w:val="21"/>
              </w:rPr>
              <w:t>{{trip.emergency_procedure}}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keepNext w:val="0"/>
      <w:spacing w:before="0" w:after="0" w:line="240" w:lineRule="auto"/>
      <w:jc w:val="right"/>
    </w:pPr>
    <w:r>
      <w:rPr>
        <w:rFonts w:ascii="Calibri" w:hAnsi="Calibri"/>
        <w:b w:val="0"/>
        <w:i w:val="0"/>
        <w:color w:val="667085"/>
        <w:sz w:val="16"/>
      </w:rPr>
      <w:t xml:space="preserve">Generated with Pritset  |  </w:t>
    </w:r>
    <w:r>
      <w:rPr>
        <w:rFonts w:ascii="Calibri" w:hAnsi="Calibri"/>
        <w:b w:val="0"/>
        <w:i w:val="0"/>
        <w:color w:val="667085"/>
        <w:sz w:val="16"/>
      </w:rPr>
      <w:t xml:space="preserve">Page </w:t>
    </w:r>
    <w:r>
      <w:rPr>
        <w:rFonts w:ascii="Calibri" w:hAnsi="Calibri"/>
        <w:b w:val="0"/>
        <w:i w:val="0"/>
        <w:color w:val="667085"/>
        <w:sz w:val="16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keepNext w:val="0"/>
      <w:spacing w:before="0" w:after="0" w:line="240" w:lineRule="auto"/>
      <w:jc w:val="left"/>
    </w:pPr>
    <w:r>
      <w:rPr>
        <w:rFonts w:ascii="Calibri" w:hAnsi="Calibri"/>
        <w:b/>
        <w:i w:val="0"/>
        <w:color w:val="667085"/>
        <w:sz w:val="16"/>
      </w:rPr>
      <w:t>{{operator.name}}  |  DRIVER / GUIDE ROADBOOK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202A3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240" w:lineRule="auto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240" w:lineRule="auto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 w:line="240" w:lineRule="auto"/>
      <w:outlineLvl w:val="2"/>
    </w:pPr>
    <w:rPr>
      <w:rFonts w:asciiTheme="majorHAnsi" w:eastAsiaTheme="majorEastAsia" w:hAnsiTheme="majorHAnsi" w:cstheme="majorBidi" w:ascii="Calibri" w:hAnsi="Calibri"/>
      <w:b/>
      <w:bCs/>
      <w:color w:val="112640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