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false"/>
        <w:spacing w:lineRule="auto" w:line="240" w:before="0" w:after="80"/>
        <w:jc w:val="start"/>
        <w:rPr/>
      </w:pPr>
      <w:r>
        <w:rPr>
          <w:b/>
          <w:i w:val="false"/>
          <w:color w:val="C78B2A"/>
          <w:sz w:val="18"/>
        </w:rPr>
        <w:t>PERSONAL TRAVEL ITINERARY</w:t>
      </w:r>
    </w:p>
    <w:p>
      <w:pPr>
        <w:pStyle w:val="Normal"/>
        <w:keepNext w:val="false"/>
        <w:spacing w:lineRule="auto" w:line="240" w:before="0" w:after="100"/>
        <w:jc w:val="start"/>
        <w:rPr/>
      </w:pPr>
      <w:r>
        <w:rPr>
          <w:b/>
          <w:i w:val="false"/>
          <w:color w:val="112640"/>
          <w:sz w:val="56"/>
        </w:rPr>
        <w:t>{{trip.title}}</w:t>
      </w:r>
    </w:p>
    <w:p>
      <w:pPr>
        <w:pStyle w:val="Normal"/>
        <w:keepNext w:val="false"/>
        <w:spacing w:lineRule="auto" w:line="269" w:before="0" w:after="360"/>
        <w:jc w:val="start"/>
        <w:rPr/>
      </w:pPr>
      <w:r>
        <w:rPr>
          <w:b w:val="false"/>
          <w:i w:val="false"/>
          <w:color w:val="667085"/>
          <w:sz w:val="26"/>
        </w:rPr>
        <w:t>{{trip.subtitle}}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4680"/>
        <w:gridCol w:w="4680"/>
      </w:tblGrid>
      <w:tr>
        <w:trPr/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4F6F9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PREPARED FOR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{{traveler.name}}</w:t>
            </w:r>
          </w:p>
        </w:tc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4F6F9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BOOKING REFERENCE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{{booking.reference}}</w:t>
            </w:r>
          </w:p>
        </w:tc>
      </w:tr>
      <w:tr>
        <w:trPr/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4F6F9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TRAVEL DATES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{{trip.start_date}} - {{trip.end_date}}</w:t>
            </w:r>
          </w:p>
        </w:tc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4F6F9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DESTINATIONS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{{trip.destinations}}</w:t>
            </w:r>
          </w:p>
        </w:tc>
      </w:tr>
    </w:tbl>
    <w:p>
      <w:pPr>
        <w:pStyle w:val="Normal"/>
        <w:keepNext w:val="false"/>
        <w:spacing w:lineRule="auto" w:line="240" w:before="0" w:after="120"/>
        <w:jc w:val="start"/>
        <w:rPr/>
      </w:pPr>
      <w:r>
        <w:rPr/>
      </w:r>
    </w:p>
    <w:tbl>
      <w:tblPr>
        <w:tblW w:w="9360" w:type="dxa"/>
        <w:jc w:val="start"/>
        <w:tblInd w:w="120" w:type="dxa"/>
        <w:tblLayout w:type="fixed"/>
        <w:tblCellMar>
          <w:top w:w="170" w:type="dxa"/>
          <w:start w:w="120" w:type="dxa"/>
          <w:bottom w:w="160" w:type="dxa"/>
          <w:end w:w="12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0" w:space="0" w:color="159F93"/>
              <w:start w:val="single" w:sz="10" w:space="0" w:color="159F93"/>
              <w:bottom w:val="single" w:sz="10" w:space="0" w:color="159F93"/>
              <w:end w:val="single" w:sz="10" w:space="0" w:color="159F93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40" w:before="0" w:after="100"/>
              <w:jc w:val="start"/>
              <w:rPr/>
            </w:pPr>
            <w:r>
              <w:rPr>
                <w:b/>
                <w:i w:val="false"/>
                <w:color w:val="159F93"/>
                <w:sz w:val="16"/>
              </w:rPr>
              <w:t>YOUR TRIP AT A GLANCE</w:t>
            </w:r>
          </w:p>
          <w:p>
            <w:pPr>
              <w:pStyle w:val="Normal"/>
              <w:keepNext w:val="false"/>
              <w:spacing w:lineRule="auto" w:line="283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21"/>
              </w:rPr>
              <w:t>{{trip.summary}}</w:t>
            </w:r>
          </w:p>
        </w:tc>
      </w:tr>
    </w:tbl>
    <w:p>
      <w:pPr>
        <w:pStyle w:val="Heading2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26"/>
        </w:rPr>
        <w:t>Journey overview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2340"/>
        <w:gridCol w:w="2340"/>
        <w:gridCol w:w="2340"/>
        <w:gridCol w:w="2340"/>
      </w:tblGrid>
      <w:tr>
        <w:trPr/>
        <w:tc>
          <w:tcPr>
            <w:tcW w:w="234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center"/>
              <w:rPr/>
            </w:pPr>
            <w:r>
              <w:rPr>
                <w:b/>
                <w:i w:val="false"/>
                <w:color w:val="667085"/>
                <w:sz w:val="15"/>
              </w:rPr>
              <w:t>START</w:t>
            </w:r>
          </w:p>
          <w:p>
            <w:pPr>
              <w:pStyle w:val="Normal"/>
              <w:keepNext w:val="false"/>
              <w:spacing w:lineRule="auto" w:line="259" w:before="0" w:after="0"/>
              <w:jc w:val="center"/>
              <w:rPr/>
            </w:pPr>
            <w:r>
              <w:rPr>
                <w:b/>
                <w:i w:val="false"/>
                <w:color w:val="202A3A"/>
                <w:sz w:val="21"/>
              </w:rPr>
              <w:t>{{trip.origin}}</w:t>
            </w:r>
          </w:p>
        </w:tc>
        <w:tc>
          <w:tcPr>
            <w:tcW w:w="234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center"/>
              <w:rPr/>
            </w:pPr>
            <w:r>
              <w:rPr>
                <w:b/>
                <w:i w:val="false"/>
                <w:color w:val="667085"/>
                <w:sz w:val="15"/>
              </w:rPr>
              <w:t>FINISH</w:t>
            </w:r>
          </w:p>
          <w:p>
            <w:pPr>
              <w:pStyle w:val="Normal"/>
              <w:keepNext w:val="false"/>
              <w:spacing w:lineRule="auto" w:line="259" w:before="0" w:after="0"/>
              <w:jc w:val="center"/>
              <w:rPr/>
            </w:pPr>
            <w:r>
              <w:rPr>
                <w:b/>
                <w:i w:val="false"/>
                <w:color w:val="202A3A"/>
                <w:sz w:val="21"/>
              </w:rPr>
              <w:t>{{trip.destination}}</w:t>
            </w:r>
          </w:p>
        </w:tc>
        <w:tc>
          <w:tcPr>
            <w:tcW w:w="234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center"/>
              <w:rPr/>
            </w:pPr>
            <w:r>
              <w:rPr>
                <w:b/>
                <w:i w:val="false"/>
                <w:color w:val="667085"/>
                <w:sz w:val="15"/>
              </w:rPr>
              <w:t>TRAVELERS</w:t>
            </w:r>
          </w:p>
          <w:p>
            <w:pPr>
              <w:pStyle w:val="Normal"/>
              <w:keepNext w:val="false"/>
              <w:spacing w:lineRule="auto" w:line="259" w:before="0" w:after="0"/>
              <w:jc w:val="center"/>
              <w:rPr/>
            </w:pPr>
            <w:r>
              <w:rPr>
                <w:b/>
                <w:i w:val="false"/>
                <w:color w:val="202A3A"/>
                <w:sz w:val="21"/>
              </w:rPr>
              <w:t>{{trip.traveler_count}}</w:t>
            </w:r>
          </w:p>
        </w:tc>
        <w:tc>
          <w:tcPr>
            <w:tcW w:w="234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center"/>
              <w:rPr/>
            </w:pPr>
            <w:r>
              <w:rPr>
                <w:b/>
                <w:i w:val="false"/>
                <w:color w:val="667085"/>
                <w:sz w:val="15"/>
              </w:rPr>
              <w:t>NIGHTS</w:t>
            </w:r>
          </w:p>
          <w:p>
            <w:pPr>
              <w:pStyle w:val="Normal"/>
              <w:keepNext w:val="false"/>
              <w:spacing w:lineRule="auto" w:line="259" w:before="0" w:after="0"/>
              <w:jc w:val="center"/>
              <w:rPr/>
            </w:pPr>
            <w:r>
              <w:rPr>
                <w:b/>
                <w:i w:val="false"/>
                <w:color w:val="202A3A"/>
                <w:sz w:val="21"/>
              </w:rPr>
              <w:t>{{trip.nights}}</w:t>
            </w:r>
          </w:p>
        </w:tc>
      </w:tr>
    </w:tbl>
    <w:p>
      <w:pPr>
        <w:pStyle w:val="Normal"/>
        <w:keepNext w:val="false"/>
        <w:spacing w:lineRule="auto" w:line="240" w:before="0" w:after="120"/>
        <w:jc w:val="start"/>
        <w:rPr/>
      </w:pPr>
      <w:r>
        <w:rPr/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6780"/>
        <w:gridCol w:w="2580"/>
      </w:tblGrid>
      <w:tr>
        <w:trPr/>
        <w:tc>
          <w:tcPr>
            <w:tcW w:w="6780" w:type="dxa"/>
            <w:tcBorders>
              <w:top w:val="single" w:sz="10" w:space="0" w:color="112640"/>
              <w:start w:val="single" w:sz="10" w:space="0" w:color="112640"/>
              <w:bottom w:val="single" w:sz="10" w:space="0" w:color="112640"/>
              <w:end w:val="single" w:sz="10" w:space="0" w:color="112640"/>
            </w:tcBorders>
            <w:shd w:fill="112640" w:val="clear"/>
            <w:vAlign w:val="center"/>
          </w:tcPr>
          <w:p>
            <w:pPr>
              <w:pStyle w:val="Normal"/>
              <w:keepNext w:val="false"/>
              <w:spacing w:lineRule="auto" w:line="240" w:before="0" w:after="120"/>
              <w:jc w:val="start"/>
              <w:rPr/>
            </w:pPr>
            <w:r>
              <w:rPr>
                <w:b/>
                <w:i w:val="false"/>
                <w:color w:val="FFFFFF"/>
                <w:sz w:val="18"/>
              </w:rPr>
              <w:t>BEFORE YOU GO</w:t>
            </w:r>
          </w:p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DDE7F3"/>
                <w:sz w:val="18"/>
              </w:rPr>
              <w:t>{{trip.pre_departure_note}}</w:t>
            </w:r>
          </w:p>
        </w:tc>
        <w:tc>
          <w:tcPr>
            <w:tcW w:w="2580" w:type="dxa"/>
            <w:tcBorders>
              <w:top w:val="single" w:sz="10" w:space="0" w:color="112640"/>
              <w:start w:val="single" w:sz="10" w:space="0" w:color="112640"/>
              <w:bottom w:val="single" w:sz="10" w:space="0" w:color="112640"/>
              <w:end w:val="single" w:sz="10" w:space="0" w:color="112640"/>
            </w:tcBorders>
            <w:shd w:fill="FFFFFF" w:val="clear"/>
            <w:vAlign w:val="center"/>
          </w:tcPr>
          <w:p>
            <w:pPr>
              <w:pStyle w:val="Normal"/>
              <w:keepNext w:val="false"/>
              <w:spacing w:lineRule="auto" w:line="240" w:before="0" w:after="60"/>
              <w:jc w:val="center"/>
              <w:rPr/>
            </w:pPr>
            <w:r>
              <w:rPr>
                <w:b/>
                <w:i w:val="false"/>
                <w:color w:val="667085"/>
                <w:sz w:val="15"/>
              </w:rPr>
              <w:t>OPEN DIGITAL TRIP</w:t>
            </w:r>
          </w:p>
          <w:p>
            <w:pPr>
              <w:pStyle w:val="Normal"/>
              <w:keepNext w:val="false"/>
              <w:spacing w:lineRule="auto" w:line="240" w:before="0" w:after="40"/>
              <w:jc w:val="center"/>
              <w:rPr/>
            </w:pPr>
            <w:r>
              <w:rPr>
                <w:b/>
                <w:i w:val="false"/>
                <w:color w:val="2E74B5"/>
                <w:sz w:val="13"/>
              </w:rPr>
              <w:t>{{IMAGE readImage(qr.width, qr.height, qr.url, qr.extension)}}</w:t>
            </w:r>
          </w:p>
          <w:p>
            <w:pPr>
              <w:pStyle w:val="Normal"/>
              <w:keepNext w:val="false"/>
              <w:spacing w:lineRule="auto" w:line="240" w:before="0" w:after="0"/>
              <w:jc w:val="center"/>
              <w:rPr/>
            </w:pPr>
            <w:r>
              <w:rPr>
                <w:b/>
                <w:i w:val="false"/>
                <w:color w:val="202A3A"/>
                <w:sz w:val="15"/>
              </w:rPr>
              <w:t>{{qr.caption}}</w:t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1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32"/>
        </w:rPr>
        <w:t>Transport</w:t>
      </w:r>
    </w:p>
    <w:p>
      <w:pPr>
        <w:pStyle w:val="Normal"/>
        <w:keepNext w:val="false"/>
        <w:spacing w:lineRule="auto" w:line="276" w:before="0" w:after="160"/>
        <w:jc w:val="start"/>
        <w:rPr/>
      </w:pPr>
      <w:r>
        <w:rPr>
          <w:b w:val="false"/>
          <w:i w:val="false"/>
          <w:color w:val="667085"/>
          <w:sz w:val="19"/>
        </w:rPr>
        <w:t>Confirmed flights, rail journeys, transfers, and other booked transport.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1319"/>
        <w:gridCol w:w="1680"/>
        <w:gridCol w:w="2520"/>
        <w:gridCol w:w="2160"/>
        <w:gridCol w:w="1681"/>
      </w:tblGrid>
      <w:tr>
        <w:trPr>
          <w:tblHeader w:val="true"/>
        </w:trPr>
        <w:tc>
          <w:tcPr>
            <w:tcW w:w="13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DATE</w:t>
            </w:r>
          </w:p>
        </w:tc>
        <w:tc>
          <w:tcPr>
            <w:tcW w:w="1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SERVICE</w:t>
            </w:r>
          </w:p>
        </w:tc>
        <w:tc>
          <w:tcPr>
            <w:tcW w:w="25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ROUTE</w:t>
            </w:r>
          </w:p>
        </w:tc>
        <w:tc>
          <w:tcPr>
            <w:tcW w:w="216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SCHEDULE</w:t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REFERENCE</w:t>
            </w:r>
          </w:p>
        </w:tc>
      </w:tr>
      <w:tr>
        <w:trPr/>
        <w:tc>
          <w:tcPr>
            <w:tcW w:w="13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{{FOR segment IN transport_segments}}</w:t>
            </w:r>
          </w:p>
        </w:tc>
        <w:tc>
          <w:tcPr>
            <w:tcW w:w="1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25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216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3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18"/>
              </w:rPr>
              <w:t>{{$segment.date}}</w:t>
            </w:r>
          </w:p>
        </w:tc>
        <w:tc>
          <w:tcPr>
            <w:tcW w:w="1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{{$segment.type}}</w:t>
              <w:br/>
              <w:t>{{$segment.service_number}}</w:t>
            </w:r>
          </w:p>
        </w:tc>
        <w:tc>
          <w:tcPr>
            <w:tcW w:w="25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{{$segment.from}} -&gt; {{$segment.to}}</w:t>
            </w:r>
          </w:p>
        </w:tc>
        <w:tc>
          <w:tcPr>
            <w:tcW w:w="216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{{$segment.departure_time}} - {{$segment.arrival_time}}</w:t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{{$segment.reference}}</w:t>
              <w:br/>
              <w:t>{{$segment.status}}</w:t>
            </w:r>
          </w:p>
        </w:tc>
      </w:tr>
      <w:tr>
        <w:trPr/>
        <w:tc>
          <w:tcPr>
            <w:tcW w:w="13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{{END-FOR segment}}</w:t>
            </w:r>
          </w:p>
        </w:tc>
        <w:tc>
          <w:tcPr>
            <w:tcW w:w="1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25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216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</w:tbl>
    <w:p>
      <w:pPr>
        <w:pStyle w:val="Heading1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32"/>
        </w:rPr>
        <w:t>Accommodation</w:t>
      </w:r>
    </w:p>
    <w:p>
      <w:pPr>
        <w:pStyle w:val="Normal"/>
        <w:keepNext w:val="false"/>
        <w:spacing w:lineRule="auto" w:line="276" w:before="0" w:after="160"/>
        <w:jc w:val="start"/>
        <w:rPr/>
      </w:pPr>
      <w:r>
        <w:rPr>
          <w:b w:val="false"/>
          <w:i w:val="false"/>
          <w:color w:val="667085"/>
          <w:sz w:val="19"/>
        </w:rPr>
        <w:t>Check-in information and confirmation details for each stay.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1799"/>
        <w:gridCol w:w="2641"/>
        <w:gridCol w:w="3239"/>
        <w:gridCol w:w="1681"/>
      </w:tblGrid>
      <w:tr>
        <w:trPr>
          <w:tblHeader w:val="true"/>
        </w:trPr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DATES</w:t>
            </w:r>
          </w:p>
        </w:tc>
        <w:tc>
          <w:tcPr>
            <w:tcW w:w="26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PROPERTY</w:t>
            </w:r>
          </w:p>
        </w:tc>
        <w:tc>
          <w:tcPr>
            <w:tcW w:w="323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ADDRESS</w:t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CONFIRMATION</w:t>
            </w:r>
          </w:p>
        </w:tc>
      </w:tr>
      <w:tr>
        <w:trPr/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{{FOR stay IN accommodations}}</w:t>
            </w:r>
          </w:p>
        </w:tc>
        <w:tc>
          <w:tcPr>
            <w:tcW w:w="26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323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18"/>
              </w:rPr>
              <w:t>{{$stay.check_in}} - {{$stay.check_out}}</w:t>
            </w:r>
          </w:p>
        </w:tc>
        <w:tc>
          <w:tcPr>
            <w:tcW w:w="26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{{$stay.name}}</w:t>
              <w:br/>
              <w:t>{{$stay.room_type}}</w:t>
            </w:r>
          </w:p>
        </w:tc>
        <w:tc>
          <w:tcPr>
            <w:tcW w:w="323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{{$stay.address}}</w:t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{{$stay.confirmation}}</w:t>
              <w:br/>
              <w:t>{{$stay.status}}</w:t>
            </w:r>
          </w:p>
        </w:tc>
      </w:tr>
      <w:tr>
        <w:trPr/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{{END-FOR stay}}</w:t>
            </w:r>
          </w:p>
        </w:tc>
        <w:tc>
          <w:tcPr>
            <w:tcW w:w="26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323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</w:tbl>
    <w:p>
      <w:pPr>
        <w:pStyle w:val="Heading1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32"/>
        </w:rPr>
        <w:t>Reservations and transfers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1919"/>
        <w:gridCol w:w="2880"/>
        <w:gridCol w:w="2880"/>
        <w:gridCol w:w="1681"/>
      </w:tblGrid>
      <w:tr>
        <w:trPr>
          <w:tblHeader w:val="true"/>
        </w:trPr>
        <w:tc>
          <w:tcPr>
            <w:tcW w:w="19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DATE / TIME</w:t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RESERVATION</w:t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LOCATION</w:t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REFERENCE</w:t>
            </w:r>
          </w:p>
        </w:tc>
      </w:tr>
      <w:tr>
        <w:trPr/>
        <w:tc>
          <w:tcPr>
            <w:tcW w:w="19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{{FOR reservation IN reservations}}</w:t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9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18"/>
              </w:rPr>
              <w:t>{{$reservation.date}}</w:t>
              <w:br/>
              <w:t>{{$reservation.time}}</w:t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{{$reservation.title}}</w:t>
              <w:br/>
              <w:t>{{$reservation.type}}</w:t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{{$reservation.location}}</w:t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{{$reservation.reference}}</w:t>
            </w:r>
          </w:p>
        </w:tc>
      </w:tr>
      <w:tr>
        <w:trPr/>
        <w:tc>
          <w:tcPr>
            <w:tcW w:w="191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{{END-FOR reservation}}</w:t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28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168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  <w:r>
        <w:br w:type="page"/>
      </w:r>
    </w:p>
    <w:p>
      <w:pPr>
        <w:pStyle w:val="Heading1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32"/>
        </w:rPr>
        <w:t>Day-by-day itinerary</w:t>
      </w:r>
    </w:p>
    <w:p>
      <w:pPr>
        <w:pStyle w:val="Normal"/>
        <w:keepNext w:val="false"/>
        <w:spacing w:lineRule="auto" w:line="276" w:before="0" w:after="180"/>
        <w:jc w:val="start"/>
        <w:rPr/>
      </w:pPr>
      <w:r>
        <w:rPr>
          <w:b w:val="false"/>
          <w:i w:val="false"/>
          <w:color w:val="667085"/>
          <w:sz w:val="19"/>
        </w:rPr>
        <w:t>Your planned activities, meeting points, and local details in chronological order.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1799"/>
        <w:gridCol w:w="1441"/>
        <w:gridCol w:w="6120"/>
      </w:tblGrid>
      <w:tr>
        <w:trPr>
          <w:tblHeader w:val="true"/>
        </w:trPr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DAY</w:t>
            </w:r>
          </w:p>
        </w:tc>
        <w:tc>
          <w:tcPr>
            <w:tcW w:w="14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TIME</w:t>
            </w:r>
          </w:p>
        </w:tc>
        <w:tc>
          <w:tcPr>
            <w:tcW w:w="61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8EEF5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5"/>
              </w:rPr>
              <w:t>PLAN</w:t>
            </w:r>
          </w:p>
        </w:tc>
      </w:tr>
      <w:tr>
        <w:trPr/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{{FOR day IN days}}</w:t>
            </w:r>
          </w:p>
        </w:tc>
        <w:tc>
          <w:tcPr>
            <w:tcW w:w="14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61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  <w:tr>
        <w:trPr>
          <w:cantSplit/>
        </w:trPr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112640"/>
                <w:sz w:val="18"/>
              </w:rPr>
              <w:t>Day {{$day.number}}</w:t>
              <w:br/>
              <w:t>{{$day.date}}</w:t>
            </w:r>
          </w:p>
        </w:tc>
        <w:tc>
          <w:tcPr>
            <w:tcW w:w="14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center"/>
              <w:rPr/>
            </w:pPr>
            <w:r>
              <w:rPr>
                <w:b/>
                <w:i w:val="false"/>
                <w:color w:val="159F93"/>
                <w:sz w:val="18"/>
              </w:rPr>
              <w:t>{{$day.time}}</w:t>
            </w:r>
          </w:p>
        </w:tc>
        <w:tc>
          <w:tcPr>
            <w:tcW w:w="61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vAlign w:val="center"/>
          </w:tcPr>
          <w:p>
            <w:pPr>
              <w:pStyle w:val="Normal"/>
              <w:keepNext w:val="false"/>
              <w:spacing w:lineRule="auto" w:line="259" w:before="0" w:after="60"/>
              <w:jc w:val="start"/>
              <w:rPr/>
            </w:pPr>
            <w:r>
              <w:rPr>
                <w:b/>
                <w:i w:val="false"/>
                <w:color w:val="202A3A"/>
                <w:sz w:val="20"/>
              </w:rPr>
              <w:t>{{$day.title}}</w:t>
            </w:r>
          </w:p>
          <w:p>
            <w:pPr>
              <w:pStyle w:val="Normal"/>
              <w:keepNext w:val="false"/>
              <w:spacing w:lineRule="auto" w:line="276" w:before="0" w:after="60"/>
              <w:jc w:val="start"/>
              <w:rPr/>
            </w:pPr>
            <w:r>
              <w:rPr>
                <w:b w:val="false"/>
                <w:i w:val="false"/>
                <w:color w:val="202A3A"/>
                <w:sz w:val="18"/>
              </w:rPr>
              <w:t>{{$day.description}}</w:t>
            </w:r>
          </w:p>
          <w:p>
            <w:pPr>
              <w:pStyle w:val="Normal"/>
              <w:keepNext w:val="false"/>
              <w:spacing w:lineRule="auto" w:line="264" w:before="0" w:after="0"/>
              <w:jc w:val="start"/>
              <w:rPr/>
            </w:pPr>
            <w:r>
              <w:rPr>
                <w:b/>
                <w:i w:val="false"/>
                <w:color w:val="667085"/>
                <w:sz w:val="17"/>
              </w:rPr>
              <w:t xml:space="preserve">Meeting point: </w:t>
            </w:r>
            <w:r>
              <w:rPr>
                <w:b w:val="false"/>
                <w:i w:val="false"/>
                <w:color w:val="667085"/>
                <w:sz w:val="17"/>
              </w:rPr>
              <w:t>{{$day.meeting_point}}</w:t>
            </w:r>
          </w:p>
        </w:tc>
      </w:tr>
      <w:tr>
        <w:trPr/>
        <w:tc>
          <w:tcPr>
            <w:tcW w:w="1799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>
                <w:b/>
                <w:i w:val="false"/>
                <w:color w:val="C78B2A"/>
                <w:sz w:val="15"/>
              </w:rPr>
              <w:t>{{END-FOR day}}</w:t>
            </w:r>
          </w:p>
        </w:tc>
        <w:tc>
          <w:tcPr>
            <w:tcW w:w="1441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  <w:tc>
          <w:tcPr>
            <w:tcW w:w="612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76" w:before="0" w:after="0"/>
              <w:jc w:val="start"/>
              <w:rPr/>
            </w:pPr>
            <w:r>
              <w:rPr/>
            </w:r>
          </w:p>
        </w:tc>
      </w:tr>
    </w:tbl>
    <w:p>
      <w:pPr>
        <w:pStyle w:val="Heading1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32"/>
        </w:rPr>
        <w:t>Contacts and assistance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4680"/>
        <w:gridCol w:w="4680"/>
      </w:tblGrid>
      <w:tr>
        <w:trPr/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TRAVEL SUPPORT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{{operator.support_phone}}</w:t>
            </w:r>
          </w:p>
        </w:tc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E9F8F5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SUPPORT EMAIL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{{operator.support_email}}</w:t>
            </w:r>
          </w:p>
        </w:tc>
      </w:tr>
      <w:tr>
        <w:trPr/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4F6F9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EMERGENCY CONTACT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{{traveler.emergency_contact}}</w:t>
            </w:r>
          </w:p>
        </w:tc>
        <w:tc>
          <w:tcPr>
            <w:tcW w:w="4680" w:type="dxa"/>
            <w:tcBorders>
              <w:top w:val="single" w:sz="8" w:space="0" w:color="D7E0EA"/>
              <w:start w:val="single" w:sz="8" w:space="0" w:color="D7E0EA"/>
              <w:bottom w:val="single" w:sz="8" w:space="0" w:color="D7E0EA"/>
              <w:end w:val="single" w:sz="8" w:space="0" w:color="D7E0EA"/>
            </w:tcBorders>
            <w:shd w:fill="F4F6F9" w:val="clear"/>
            <w:vAlign w:val="center"/>
          </w:tcPr>
          <w:p>
            <w:pPr>
              <w:pStyle w:val="Normal"/>
              <w:keepNext w:val="false"/>
              <w:spacing w:lineRule="auto" w:line="240" w:before="0" w:after="40"/>
              <w:jc w:val="start"/>
              <w:rPr/>
            </w:pPr>
            <w:r>
              <w:rPr>
                <w:b/>
                <w:i w:val="false"/>
                <w:color w:val="667085"/>
                <w:sz w:val="15"/>
              </w:rPr>
              <w:t>POLICY / ASSISTANCE ID</w:t>
            </w:r>
          </w:p>
          <w:p>
            <w:pPr>
              <w:pStyle w:val="Normal"/>
              <w:keepNext w:val="false"/>
              <w:spacing w:lineRule="auto" w:line="259" w:before="0" w:after="0"/>
              <w:jc w:val="start"/>
              <w:rPr/>
            </w:pPr>
            <w:r>
              <w:rPr>
                <w:b/>
                <w:i w:val="false"/>
                <w:color w:val="202A3A"/>
                <w:sz w:val="21"/>
              </w:rPr>
              <w:t>{{traveler.assistance_id}}</w:t>
            </w:r>
          </w:p>
        </w:tc>
      </w:tr>
    </w:tbl>
    <w:p>
      <w:pPr>
        <w:pStyle w:val="Heading2"/>
        <w:keepNext w:val="true"/>
        <w:spacing w:lineRule="auto" w:line="300" w:before="0" w:after="120"/>
        <w:jc w:val="start"/>
        <w:rPr/>
      </w:pPr>
      <w:r>
        <w:rPr>
          <w:b/>
          <w:i w:val="false"/>
          <w:color w:val="2E74B5"/>
          <w:sz w:val="26"/>
        </w:rPr>
        <w:t>Important notes</w:t>
      </w:r>
    </w:p>
    <w:tbl>
      <w:tblPr>
        <w:tblW w:w="9360" w:type="dxa"/>
        <w:jc w:val="start"/>
        <w:tblInd w:w="120" w:type="dxa"/>
        <w:tblLayout w:type="fixed"/>
        <w:tblCellMar>
          <w:top w:w="100" w:type="dxa"/>
          <w:start w:w="120" w:type="dxa"/>
          <w:bottom w:w="100" w:type="dxa"/>
          <w:end w:w="120" w:type="dxa"/>
        </w:tblCellMar>
        <w:tblLook w:val="04a0" w:firstRow="1" w:noVBand="1" w:lastRow="0" w:firstColumn="1" w:lastColumn="0" w:noHBand="0"/>
      </w:tblPr>
      <w:tblGrid>
        <w:gridCol w:w="9360"/>
      </w:tblGrid>
      <w:tr>
        <w:trPr/>
        <w:tc>
          <w:tcPr>
            <w:tcW w:w="9360" w:type="dxa"/>
            <w:tcBorders>
              <w:top w:val="single" w:sz="10" w:space="0" w:color="C78B2A"/>
              <w:start w:val="single" w:sz="10" w:space="0" w:color="C78B2A"/>
              <w:bottom w:val="single" w:sz="10" w:space="0" w:color="C78B2A"/>
              <w:end w:val="single" w:sz="10" w:space="0" w:color="C78B2A"/>
            </w:tcBorders>
            <w:shd w:fill="FFF6E3" w:val="clear"/>
            <w:vAlign w:val="center"/>
          </w:tcPr>
          <w:p>
            <w:pPr>
              <w:pStyle w:val="Normal"/>
              <w:keepNext w:val="false"/>
              <w:spacing w:lineRule="auto" w:line="283" w:before="0" w:after="0"/>
              <w:jc w:val="start"/>
              <w:rPr/>
            </w:pPr>
            <w:r>
              <w:rPr>
                <w:b w:val="false"/>
                <w:i w:val="false"/>
                <w:color w:val="202A3A"/>
                <w:sz w:val="19"/>
              </w:rPr>
              <w:t>{{trip.important_notes}}</w:t>
            </w:r>
          </w:p>
        </w:tc>
      </w:tr>
    </w:tbl>
    <w:p>
      <w:pPr>
        <w:pStyle w:val="Normal"/>
        <w:keepNext w:val="false"/>
        <w:spacing w:lineRule="auto" w:line="264" w:before="160" w:after="0"/>
        <w:jc w:val="center"/>
        <w:rPr/>
      </w:pPr>
      <w:r>
        <w:rPr>
          <w:b w:val="false"/>
          <w:i w:val="false"/>
          <w:color w:val="667085"/>
          <w:sz w:val="15"/>
        </w:rPr>
        <w:t>Schedules and services may change. Confirm times with the operator before departure and retain required travel documents.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708" w:top="1440" w:footer="708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keepNext w:val="false"/>
      <w:spacing w:lineRule="auto" w:line="240" w:before="0" w:after="0"/>
      <w:jc w:val="end"/>
      <w:rPr/>
    </w:pPr>
    <w:r>
      <w:rPr>
        <w:b w:val="false"/>
        <w:i w:val="false"/>
        <w:color w:val="667085"/>
        <w:sz w:val="16"/>
      </w:rPr>
      <w:t xml:space="preserve">Page </w:t>
    </w:r>
    <w:r>
      <w:rPr>
        <w:b w:val="false"/>
        <w:i w:val="false"/>
        <w:color w:val="667085"/>
        <w:sz w:val="15"/>
      </w:rPr>
      <w:fldChar w:fldCharType="begin"/>
    </w:r>
    <w:r>
      <w:rPr>
        <w:b w:val="false"/>
        <w:i w:val="false"/>
        <w:color w:val="667085"/>
        <w:sz w:val="15"/>
      </w:rPr>
      <w:instrText xml:space="preserve"> PAGE </w:instrText>
    </w:r>
    <w:r>
      <w:rPr>
        <w:b w:val="false"/>
        <w:i w:val="false"/>
        <w:color w:val="667085"/>
        <w:sz w:val="15"/>
      </w:rPr>
      <w:fldChar w:fldCharType="separate"/>
    </w:r>
    <w:r>
      <w:rPr>
        <w:b w:val="false"/>
        <w:i w:val="false"/>
        <w:color w:val="667085"/>
        <w:sz w:val="15"/>
      </w:rPr>
      <w:t>3</w:t>
    </w:r>
    <w:r>
      <w:rPr>
        <w:b w:val="false"/>
        <w:i w:val="false"/>
        <w:color w:val="667085"/>
        <w:sz w:val="15"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keepNext w:val="false"/>
      <w:spacing w:lineRule="auto" w:line="240" w:before="0" w:after="0"/>
      <w:jc w:val="end"/>
      <w:rPr/>
    </w:pPr>
    <w:r>
      <w:rPr>
        <w:b w:val="false"/>
        <w:i w:val="false"/>
        <w:color w:val="667085"/>
        <w:sz w:val="16"/>
      </w:rPr>
      <w:t xml:space="preserve">Page </w:t>
    </w:r>
    <w:r>
      <w:rPr>
        <w:b w:val="false"/>
        <w:i w:val="false"/>
        <w:color w:val="667085"/>
        <w:sz w:val="15"/>
      </w:rPr>
      <w:fldChar w:fldCharType="begin"/>
    </w:r>
    <w:r>
      <w:rPr>
        <w:b w:val="false"/>
        <w:i w:val="false"/>
        <w:color w:val="667085"/>
        <w:sz w:val="15"/>
      </w:rPr>
      <w:instrText xml:space="preserve"> PAGE </w:instrText>
    </w:r>
    <w:r>
      <w:rPr>
        <w:b w:val="false"/>
        <w:i w:val="false"/>
        <w:color w:val="667085"/>
        <w:sz w:val="15"/>
      </w:rPr>
      <w:fldChar w:fldCharType="separate"/>
    </w:r>
    <w:r>
      <w:rPr>
        <w:b w:val="false"/>
        <w:i w:val="false"/>
        <w:color w:val="667085"/>
        <w:sz w:val="15"/>
      </w:rPr>
      <w:t>3</w:t>
    </w:r>
    <w:r>
      <w:rPr>
        <w:b w:val="false"/>
        <w:i w:val="false"/>
        <w:color w:val="667085"/>
        <w:sz w:val="15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false"/>
      <w:spacing w:lineRule="auto" w:line="240" w:before="0" w:after="0"/>
      <w:jc w:val="start"/>
      <w:rPr/>
    </w:pPr>
    <w:r>
      <w:rPr>
        <w:b/>
        <w:i w:val="false"/>
        <w:color w:val="667085"/>
        <w:sz w:val="16"/>
      </w:rPr>
      <w:t>{{operator.name}}  |  PERSONAL ITINERARY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false"/>
      <w:spacing w:lineRule="auto" w:line="240" w:before="0" w:after="0"/>
      <w:jc w:val="start"/>
      <w:rPr/>
    </w:pPr>
    <w:r>
      <w:rPr>
        <w:b/>
        <w:i w:val="false"/>
        <w:color w:val="667085"/>
        <w:sz w:val="16"/>
      </w:rPr>
      <w:t>{{operator.name}}  |  PERSONAL ITINERARY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300" w:before="0" w:after="120"/>
      <w:jc w:val="start"/>
    </w:pPr>
    <w:rPr>
      <w:rFonts w:ascii="Calibri" w:hAnsi="Calibri" w:eastAsia="ＭＳ 明朝" w:cs=""/>
      <w:color w:val="202A3A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lineRule="auto" w:line="240" w:before="360" w:after="20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lineRule="auto" w:line="240" w:before="280" w:after="14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lineRule="auto" w:line="240" w:before="200" w:after="10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val="112640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618bf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link w:val="Title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link w:val="Heading5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link w:val="Heading6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link w:val="Heading7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link w:val="Heading8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12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12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12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12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12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12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12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12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12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12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Heading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LibreOffice/26.2.4.2$Windows_X86_64 LibreOffice_project/0229ac93fcf0d7cbc6376066c6f35021cef002dc</Application>
  <AppVersion>15.0000</AppVersion>
  <Pages>3</Pages>
  <Words>201</Words>
  <Characters>1953</Characters>
  <CharactersWithSpaces>2066</CharactersWithSpaces>
  <Paragraphs>90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Pritset</dc:creator>
  <dc:description>generated by python-docx</dc:description>
  <cp:keywords>travel itinerary DOCX template Pritset PDF generation travel tech</cp:keywords>
  <dc:language>uk-UA</dc:language>
  <cp:lastModifiedBy/>
  <dcterms:modified xsi:type="dcterms:W3CDTF">2013-12-23T23:15:00Z</dcterms:modified>
  <cp:revision>1</cp:revision>
  <dc:subject>Pritset-ready DOCX template for travel itineraries</dc:subject>
  <dc:title>Travel Tech Itinerary Template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