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40" w:line="240" w:lineRule="auto"/>
        <w:jc w:val="left"/>
      </w:pPr>
      <w:r>
        <w:rPr>
          <w:rFonts w:ascii="Calibri" w:hAnsi="Calibri"/>
          <w:b/>
          <w:i w:val="0"/>
          <w:color w:val="C78B2A"/>
          <w:sz w:val="16"/>
        </w:rPr>
        <w:t>PRITSET TRAVEL DOCUMENT</w:t>
      </w:r>
    </w:p>
    <w:p>
      <w:pPr>
        <w:keepNext/>
        <w:spacing w:before="0" w:after="120" w:line="240" w:lineRule="auto"/>
        <w:jc w:val="left"/>
      </w:pPr>
      <w:r>
        <w:rPr>
          <w:rFonts w:ascii="Calibri" w:hAnsi="Calibri"/>
          <w:b/>
          <w:i w:val="0"/>
          <w:color w:val="112640"/>
          <w:sz w:val="54"/>
        </w:rPr>
        <w:t>PAYMENT RECEIPT</w:t>
      </w:r>
    </w:p>
    <w:p>
      <w:pPr>
        <w:keepNext w:val="0"/>
        <w:spacing w:before="0" w:after="360" w:line="276" w:lineRule="auto"/>
        <w:jc w:val="left"/>
      </w:pPr>
      <w:r>
        <w:rPr>
          <w:rFonts w:ascii="Calibri" w:hAnsi="Calibri"/>
          <w:b w:val="0"/>
          <w:i w:val="0"/>
          <w:color w:val="667085"/>
          <w:sz w:val="25"/>
        </w:rPr>
        <w:t>Receipt {{receipt.number}}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RECEIPT DATE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{{receipt.date}}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STATUS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{{receipt.status}}</w:t>
            </w:r>
          </w:p>
        </w:tc>
      </w:tr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RECEIVED FROM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{{customer.name}}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BOOKING REFERENCE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{{booking.reference}}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</w:tblBorders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PAYMENT RECEIVED</w:t>
            </w:r>
          </w:p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{{payment.amount}} {{payment.currency}}</w:t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Transaction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PAYMENT METHOD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{{payment.method}}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TRANSACTION REFERENCE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{{payment.transaction_reference}}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PROCESSED AT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{{payment.processed_at}}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PAYMENT DESCRIPTION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{{payment.description}}</w:t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Applied to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2160"/>
        <w:gridCol w:w="4800"/>
        <w:gridCol w:w="2400"/>
      </w:tblGrid>
      <w:tr>
        <w:trPr>
          <w:tblHeader w:val="true"/>
        </w:trP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INVOICE</w:t>
            </w:r>
          </w:p>
        </w:tc>
        <w:tc>
          <w:tcPr>
            <w:tcW w:type="dxa" w:w="4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DESCRIPTION</w:t>
            </w:r>
          </w:p>
        </w:tc>
        <w:tc>
          <w:tcPr>
            <w:tcW w:type="dxa" w:w="2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AMOUNT APPLIED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{{FOR application IN applications}}</w:t>
            </w:r>
          </w:p>
        </w:tc>
        <w:tc>
          <w:tcPr>
            <w:tcW w:type="dxa" w:w="4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2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  <w:tr>
        <w:trPr>
          <w:cantSplit/>
        </w:trP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18"/>
              </w:rPr>
              <w:t>{{$application.invoice_number}}</w:t>
            </w:r>
          </w:p>
        </w:tc>
        <w:tc>
          <w:tcPr>
            <w:tcW w:type="dxa" w:w="4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{{$application.description}}</w:t>
            </w:r>
          </w:p>
        </w:tc>
        <w:tc>
          <w:tcPr>
            <w:tcW w:type="dxa" w:w="2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{{$application.amount}}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{{END-FOR application}}</w:t>
            </w:r>
          </w:p>
        </w:tc>
        <w:tc>
          <w:tcPr>
            <w:tcW w:type="dxa" w:w="4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2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6120"/>
        <w:gridCol w:w="3240"/>
      </w:tblGrid>
      <w:tr>
        <w:tc>
          <w:tcPr>
            <w:tcW w:type="dxa" w:w="6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TOTAL RECEIVED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{{payment.amount}} {{payment.currency}}</w:t>
            </w:r>
          </w:p>
        </w:tc>
      </w:tr>
      <w:tr>
        <w:tc>
          <w:tcPr>
            <w:tcW w:type="dxa" w:w="6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REMAINING BOOKING BALANCE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{{payment.remaining_balance}} {{payment.currency}}</w:t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Confirmation</w:t>
      </w:r>
    </w:p>
    <w:p>
      <w:pPr>
        <w:keepNext w:val="0"/>
        <w:spacing w:before="0" w:after="160" w:line="300" w:lineRule="auto"/>
        <w:jc w:val="left"/>
      </w:pPr>
      <w:r>
        <w:rPr>
          <w:rFonts w:ascii="Calibri" w:hAnsi="Calibri"/>
          <w:b w:val="0"/>
          <w:i w:val="0"/>
          <w:color w:val="202A3A"/>
          <w:sz w:val="21"/>
        </w:rPr>
        <w:t>{{receipt.message}}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</w:tblBorders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QUESTIONS ABOUT THIS PAYMENT?</w:t>
            </w:r>
          </w:p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{{operator.support_email}} | {{operator.support_phone}}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/>
        <w:b w:val="0"/>
        <w:i w:val="0"/>
        <w:color w:val="667085"/>
        <w:sz w:val="16"/>
      </w:rPr>
      <w:t xml:space="preserve">Generated with Pritset  |  </w:t>
    </w:r>
    <w:r>
      <w:rPr>
        <w:rFonts w:ascii="Calibri" w:hAnsi="Calibri"/>
        <w:b w:val="0"/>
        <w:i w:val="0"/>
        <w:color w:val="667085"/>
        <w:sz w:val="16"/>
      </w:rPr>
      <w:t xml:space="preserve">Page </w:t>
    </w:r>
    <w:r>
      <w:rPr>
        <w:rFonts w:ascii="Calibri" w:hAnsi="Calibri"/>
        <w:b w:val="0"/>
        <w:i w:val="0"/>
        <w:color w:val="667085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667085"/>
        <w:sz w:val="16"/>
      </w:rPr>
      <w:t>{{operator.name}}  |  PAYMENT RECEIPT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02A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1264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