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C78B2A"/>
          <w:sz w:val="16"/>
        </w:rPr>
        <w:t>PRITSET TRAVEL DOCUMENT</w:t>
      </w:r>
    </w:p>
    <w:p>
      <w:pPr>
        <w:keepNext/>
        <w:spacing w:before="0" w:after="120" w:line="240" w:lineRule="auto"/>
        <w:jc w:val="left"/>
      </w:pPr>
      <w:r>
        <w:rPr>
          <w:rFonts w:ascii="Calibri" w:hAnsi="Calibri"/>
          <w:b/>
          <w:i w:val="0"/>
          <w:color w:val="112640"/>
          <w:sz w:val="54"/>
        </w:rPr>
        <w:t>{{proposal.title}}</w:t>
      </w:r>
    </w:p>
    <w:p>
      <w:pPr>
        <w:keepNext w:val="0"/>
        <w:spacing w:before="0" w:after="360" w:line="276" w:lineRule="auto"/>
        <w:jc w:val="left"/>
      </w:pPr>
      <w:r>
        <w:rPr>
          <w:rFonts w:ascii="Calibri" w:hAnsi="Calibri"/>
          <w:b w:val="0"/>
          <w:i w:val="0"/>
          <w:color w:val="667085"/>
          <w:sz w:val="25"/>
        </w:rPr>
        <w:t>{{proposal.subtitle}}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PREPARED FOR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{{customer.name}}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PROPOSAL REFERENCE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{{proposal.reference}}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TRAVEL DATES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{{trip.start_date}} - {{trip.end_date}}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TRAVELERS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{{trip.traveler_count}}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Your journey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DESTINATIONS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{{trip.destinations}}</w:t>
            </w:r>
          </w:p>
        </w:tc>
      </w:tr>
    </w:tbl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202A3A"/>
          <w:sz w:val="21"/>
        </w:rPr>
        <w:t>{{trip.summary}}</w:t>
      </w:r>
    </w:p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Why this trip works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640"/>
        <w:gridCol w:w="6720"/>
      </w:tblGrid>
      <w:tr>
        <w:trPr>
          <w:tblHeader w:val="true"/>
        </w:trP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HIGHLIGHT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WHAT IS INCLUDED</w:t>
            </w:r>
          </w:p>
        </w:tc>
      </w:tr>
      <w:t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highlight IN highlights}}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{{$highlight.title}}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{{$highlight.description}}</w:t>
            </w:r>
          </w:p>
        </w:tc>
      </w:tr>
      <w:t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highlight}}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Suggested itinerary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1080"/>
        <w:gridCol w:w="1800"/>
        <w:gridCol w:w="4680"/>
        <w:gridCol w:w="1800"/>
      </w:tblGrid>
      <w:tr>
        <w:trPr>
          <w:tblHeader w:val="true"/>
        </w:trPr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DAY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DESTINATION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PLAN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OVERNIGHT</w:t>
            </w:r>
          </w:p>
        </w:tc>
      </w:tr>
      <w:tr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day IN days}}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{{$day.number}}</w:t>
              <w:br/>
              <w:t>{{$day.date}}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{{$day.destination}}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{{$day.plan}}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{{$day.overnight}}</w:t>
            </w:r>
          </w:p>
        </w:tc>
      </w:tr>
      <w:tr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day}}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Investment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4680"/>
        <w:gridCol w:w="1080"/>
        <w:gridCol w:w="1800"/>
        <w:gridCol w:w="1800"/>
      </w:tblGrid>
      <w:tr>
        <w:trPr>
          <w:tblHeader w:val="true"/>
        </w:trP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ITEM</w:t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QTY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UNIT PRICE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TOTAL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item IN price_items}}</w:t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{{$item.description}}</w:t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{{$item.quantity}}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{{$item.unit_price}}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{{$item.total}}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item}}</w:t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6120"/>
        <w:gridCol w:w="3240"/>
      </w:tblGrid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SUBTOTAL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{{pricing.subtotal}}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TAXES AND FEES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{{pricing.taxes}}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TOTAL PACKAGE PRICE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{{pricing.total}} {{pricing.currency}}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Next step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Proposal valid until {{proposal.valid_until}}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{{proposal.call_to_action}}</w:t>
            </w:r>
          </w:p>
        </w:tc>
      </w:tr>
    </w:tbl>
    <w:p>
      <w:pPr>
        <w:keepNext w:val="0"/>
        <w:spacing w:before="120" w:after="0" w:line="300" w:lineRule="auto"/>
        <w:jc w:val="left"/>
      </w:pPr>
      <w:r>
        <w:rPr>
          <w:rFonts w:ascii="Calibri" w:hAnsi="Calibri"/>
          <w:b/>
          <w:i w:val="0"/>
          <w:color w:val="667085"/>
          <w:sz w:val="18"/>
        </w:rPr>
        <w:t xml:space="preserve">Terms: </w:t>
      </w:r>
      <w:r>
        <w:rPr>
          <w:rFonts w:ascii="Calibri" w:hAnsi="Calibri"/>
          <w:b w:val="0"/>
          <w:i w:val="0"/>
          <w:color w:val="667085"/>
          <w:sz w:val="18"/>
        </w:rPr>
        <w:t>{{proposal.terms}}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b w:val="0"/>
        <w:i w:val="0"/>
        <w:color w:val="667085"/>
        <w:sz w:val="16"/>
      </w:rPr>
      <w:t xml:space="preserve">Generated with Pritset  |  </w:t>
    </w:r>
    <w:r>
      <w:rPr>
        <w:rFonts w:ascii="Calibri" w:hAnsi="Calibri"/>
        <w:b w:val="0"/>
        <w:i w:val="0"/>
        <w:color w:val="667085"/>
        <w:sz w:val="16"/>
      </w:rPr>
      <w:t xml:space="preserve">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667085"/>
        <w:sz w:val="16"/>
      </w:rPr>
      <w:t>{{operator.name}}  |  TRAVEL PROPOSAL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2A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