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40" w:line="240" w:lineRule="auto"/>
        <w:jc w:val="left"/>
      </w:pPr>
      <w:r>
        <w:rPr>
          <w:rFonts w:ascii="Calibri" w:hAnsi="Calibri"/>
          <w:b/>
          <w:i w:val="0"/>
          <w:color w:val="C78B2A"/>
          <w:sz w:val="16"/>
        </w:rPr>
        <w:t>PRITSET TRAVEL DOCUMENT</w:t>
      </w:r>
    </w:p>
    <w:p>
      <w:pPr>
        <w:keepNext/>
        <w:spacing w:before="0" w:after="120" w:line="240" w:lineRule="auto"/>
        <w:jc w:val="left"/>
      </w:pPr>
      <w:r>
        <w:rPr>
          <w:rFonts w:ascii="Calibri" w:hAnsi="Calibri"/>
          <w:b/>
          <w:i w:val="0"/>
          <w:color w:val="112640"/>
          <w:sz w:val="54"/>
        </w:rPr>
        <w:t>{{voucher.service_title}}</w:t>
      </w:r>
    </w:p>
    <w:p>
      <w:pPr>
        <w:keepNext w:val="0"/>
        <w:spacing w:before="0" w:after="360" w:line="276" w:lineRule="auto"/>
        <w:jc w:val="left"/>
      </w:pPr>
      <w:r>
        <w:rPr>
          <w:rFonts w:ascii="Calibri" w:hAnsi="Calibri"/>
          <w:b w:val="0"/>
          <w:i w:val="0"/>
          <w:color w:val="667085"/>
          <w:sz w:val="25"/>
        </w:rPr>
        <w:t>{{voucher.service_type}}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VOUCHER NUMBER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{{voucher.number}}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STATUS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{{voucher.status}}</w:t>
            </w:r>
          </w:p>
        </w:tc>
      </w:tr>
      <w:tr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BOOKING REFERENCE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{{booking.reference}}</w:t>
            </w:r>
          </w:p>
        </w:tc>
        <w:tc>
          <w:tcPr>
            <w:tcW w:type="dxa" w:w="46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4F6F9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SERVICE DATE</w:t>
            </w:r>
          </w:p>
          <w:p>
            <w:pPr>
              <w:keepNext w:val="0"/>
              <w:spacing w:before="0" w:after="0" w:line="259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{{voucher.service_date}}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40" w:line="240" w:lineRule="auto"/>
              <w:jc w:val="left"/>
            </w:pPr>
            <w:r>
              <w:rPr>
                <w:rFonts w:ascii="Calibri" w:hAnsi="Calibri"/>
                <w:b/>
                <w:i w:val="0"/>
                <w:color w:val="667085"/>
                <w:sz w:val="15"/>
              </w:rPr>
              <w:t>PRESENT THIS VOUCHER</w:t>
            </w:r>
          </w:p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21"/>
              </w:rPr>
              <w:t>{{voucher.presentation_note}}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Supplier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700"/>
        <w:gridCol w:w="6660"/>
      </w:tblGrid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SUPPLIER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{{supplier.name}}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ADDRESS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{{supplier.address}}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CONTACT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{{supplier.phone}} | {{supplier.email}}</w:t>
            </w:r>
          </w:p>
        </w:tc>
      </w:tr>
      <w:tr>
        <w:tc>
          <w:tcPr>
            <w:tcW w:type="dxa" w:w="27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6"/>
              </w:rPr>
              <w:t>CONFIRMATION</w:t>
            </w:r>
          </w:p>
        </w:tc>
        <w:tc>
          <w:tcPr>
            <w:tcW w:type="dxa" w:w="666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{{supplier.confirmation}}</w:t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Service details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2640"/>
        <w:gridCol w:w="6720"/>
      </w:tblGrid>
      <w:tr>
        <w:trPr>
          <w:tblHeader w:val="true"/>
        </w:trP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DETAIL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8EE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CONFIRMED INFORMATION</w:t>
            </w:r>
          </w:p>
        </w:tc>
      </w:tr>
      <w:t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detail IN service_details}}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{{$detail.label}}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{{$detail.value}}</w:t>
            </w:r>
          </w:p>
        </w:tc>
      </w:tr>
      <w:tr>
        <w:tc>
          <w:tcPr>
            <w:tcW w:type="dxa" w:w="26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detail}}</w:t>
            </w:r>
          </w:p>
        </w:tc>
        <w:tc>
          <w:tcPr>
            <w:tcW w:type="dxa" w:w="67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Guests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6240"/>
        <w:gridCol w:w="3120"/>
      </w:tblGrid>
      <w:tr>
        <w:trPr>
          <w:tblHeader w:val="true"/>
        </w:trPr>
        <w:tc>
          <w:tcPr>
            <w:tcW w:type="dxa" w:w="6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GUEST NAME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9F8F5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GUEST TYPE</w:t>
            </w:r>
          </w:p>
        </w:tc>
      </w:tr>
      <w:tr>
        <w:tc>
          <w:tcPr>
            <w:tcW w:type="dxa" w:w="6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{{FOR guest IN guests}}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  <w:tr>
        <w:trPr>
          <w:cantSplit/>
        </w:trPr>
        <w:tc>
          <w:tcPr>
            <w:tcW w:type="dxa" w:w="6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8"/>
              </w:rPr>
              <w:t>{{$guest.name}}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8"/>
              </w:rPr>
              <w:t>{{$guest.type}}</w:t>
            </w:r>
          </w:p>
        </w:tc>
      </w:tr>
      <w:tr>
        <w:tc>
          <w:tcPr>
            <w:tcW w:type="dxa" w:w="6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C78B2A"/>
                <w:sz w:val="15"/>
              </w:rPr>
              <w:t>{{END-FOR guest}}</w:t>
            </w:r>
          </w:p>
        </w:tc>
        <w:tc>
          <w:tcPr>
            <w:tcW w:type="dxa" w:w="3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5"/>
              </w:rPr>
            </w:r>
          </w:p>
        </w:tc>
      </w:tr>
    </w:tbl>
    <w:p>
      <w:pPr>
        <w:pStyle w:val="Heading1"/>
        <w:keepNext/>
        <w:spacing w:before="0" w:after="120" w:line="300" w:lineRule="auto"/>
        <w:jc w:val="left"/>
      </w:pPr>
      <w:r>
        <w:rPr>
          <w:rFonts w:ascii="Calibri" w:hAnsi="Calibri"/>
          <w:b/>
          <w:i w:val="0"/>
          <w:color w:val="2E74B5"/>
          <w:sz w:val="32"/>
        </w:rPr>
        <w:t>Important information</w:t>
      </w:r>
    </w:p>
    <w:p>
      <w:pPr>
        <w:keepNext w:val="0"/>
        <w:spacing w:before="0" w:after="160" w:line="300" w:lineRule="auto"/>
        <w:jc w:val="left"/>
      </w:pPr>
      <w:r>
        <w:rPr>
          <w:rFonts w:ascii="Calibri" w:hAnsi="Calibri"/>
          <w:b w:val="0"/>
          <w:i w:val="0"/>
          <w:color w:val="202A3A"/>
          <w:sz w:val="20"/>
        </w:rPr>
        <w:t>{{voucher.notes}}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8" w:space="0" w:color="D7E0EA"/>
          <w:left w:val="single" w:sz="8" w:space="0" w:color="D7E0EA"/>
          <w:bottom w:val="single" w:sz="8" w:space="0" w:color="D7E0EA"/>
          <w:right w:val="single" w:sz="8" w:space="0" w:color="D7E0EA"/>
          <w:insideH w:val="single" w:sz="8" w:space="0" w:color="D7E0EA"/>
          <w:insideV w:val="single" w:sz="8" w:space="0" w:color="D7E0EA"/>
        </w:tblBorders>
      </w:tblPr>
      <w:tblGrid>
        <w:gridCol w:w="6120"/>
        <w:gridCol w:w="3240"/>
      </w:tblGrid>
      <w:tr>
        <w:trPr>
          <w:tblHeader w:val="true"/>
        </w:trP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LEAD TRAVELER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FF6E3"/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112640"/>
                <w:sz w:val="15"/>
              </w:rPr>
              <w:t>VERIFY VOUCHER</w:t>
            </w:r>
          </w:p>
        </w:tc>
      </w:tr>
      <w:tr>
        <w:tc>
          <w:tcPr>
            <w:tcW w:type="dxa" w:w="61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/>
                <w:i w:val="0"/>
                <w:color w:val="202A3A"/>
                <w:sz w:val="19"/>
              </w:rPr>
              <w:t>{{traveler.name}}</w:t>
              <w:br/>
              <w:t>{{traveler.phone}}</w:t>
            </w:r>
          </w:p>
        </w:tc>
        <w:tc>
          <w:tcPr>
            <w:tcW w:type="dxa" w:w="324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keepNext w:val="0"/>
              <w:spacing w:before="0" w:after="0" w:line="276" w:lineRule="auto"/>
              <w:jc w:val="left"/>
            </w:pPr>
            <w:r>
              <w:rPr>
                <w:rFonts w:ascii="Calibri" w:hAnsi="Calibri"/>
                <w:b w:val="0"/>
                <w:i w:val="0"/>
                <w:color w:val="202A3A"/>
                <w:sz w:val="19"/>
              </w:rPr>
              <w:t>{{IMAGE readImage(qr.width, qr.height, qr.url, qr.extension)}}</w:t>
              <w:br/>
              <w:t>{{qr.caption}}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b w:val="0"/>
        <w:i w:val="0"/>
        <w:color w:val="667085"/>
        <w:sz w:val="16"/>
      </w:rPr>
      <w:t xml:space="preserve">Generated with Pritset  |  </w:t>
    </w:r>
    <w:r>
      <w:rPr>
        <w:rFonts w:ascii="Calibri" w:hAnsi="Calibri"/>
        <w:b w:val="0"/>
        <w:i w:val="0"/>
        <w:color w:val="667085"/>
        <w:sz w:val="16"/>
      </w:rPr>
      <w:t xml:space="preserve">Page </w:t>
    </w:r>
    <w:r>
      <w:rPr>
        <w:rFonts w:ascii="Calibri" w:hAnsi="Calibri"/>
        <w:b w:val="0"/>
        <w:i w:val="0"/>
        <w:color w:val="667085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jc w:val="left"/>
    </w:pPr>
    <w:r>
      <w:rPr>
        <w:rFonts w:ascii="Calibri" w:hAnsi="Calibri"/>
        <w:b/>
        <w:i w:val="0"/>
        <w:color w:val="667085"/>
        <w:sz w:val="16"/>
      </w:rPr>
      <w:t>{{operator.name}}  |  SERVICE VOUCHER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02A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 w:ascii="Calibri" w:hAnsi="Calibri"/>
      <w:b/>
      <w:bCs/>
      <w:color w:val="1126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